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F9D" w:rsidRPr="00726E5B" w:rsidRDefault="0095094D" w:rsidP="0095094D">
      <w:pPr>
        <w:spacing w:after="120"/>
        <w:jc w:val="right"/>
        <w:rPr>
          <w:lang w:val="ru-RU"/>
        </w:rPr>
      </w:pPr>
      <w:bookmarkStart w:id="0" w:name="_GoBack"/>
      <w:r>
        <w:rPr>
          <w:noProof/>
          <w:lang w:val="ru-RU" w:eastAsia="ru-RU"/>
        </w:rPr>
        <w:drawing>
          <wp:inline distT="0" distB="0" distL="0" distR="0" wp14:anchorId="6B62DE87" wp14:editId="54518C91">
            <wp:extent cx="3190875" cy="2619375"/>
            <wp:effectExtent l="0" t="0" r="9525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73F9D" w:rsidRPr="00726E5B" w:rsidRDefault="000E1445">
      <w:pPr>
        <w:spacing w:after="0"/>
        <w:rPr>
          <w:lang w:val="ru-RU"/>
        </w:rPr>
      </w:pPr>
      <w:r w:rsidRPr="00726E5B">
        <w:rPr>
          <w:b/>
          <w:lang w:val="ru-RU"/>
        </w:rPr>
        <w:t>План проверок членов саморегулируемой организации</w:t>
      </w:r>
    </w:p>
    <w:p w:rsidR="00973F9D" w:rsidRDefault="000E1445">
      <w:pPr>
        <w:spacing w:after="0"/>
        <w:rPr>
          <w:b/>
          <w:lang w:val="ru-RU"/>
        </w:rPr>
      </w:pPr>
      <w:r w:rsidRPr="00726E5B">
        <w:rPr>
          <w:b/>
          <w:lang w:val="ru-RU"/>
        </w:rPr>
        <w:t>Ассоциация «Генеральных подрядчиков в строительстве» на ноябрь 2026 года.</w:t>
      </w:r>
    </w:p>
    <w:p w:rsidR="00726E5B" w:rsidRPr="00726E5B" w:rsidRDefault="00726E5B">
      <w:pPr>
        <w:spacing w:after="0"/>
        <w:rPr>
          <w:lang w:val="ru-RU"/>
        </w:rPr>
      </w:pPr>
    </w:p>
    <w:tbl>
      <w:tblPr>
        <w:tblW w:w="15143" w:type="dxa"/>
        <w:tblLayout w:type="fixed"/>
        <w:tblLook w:val="04A0" w:firstRow="1" w:lastRow="0" w:firstColumn="1" w:lastColumn="0" w:noHBand="0" w:noVBand="1"/>
      </w:tblPr>
      <w:tblGrid>
        <w:gridCol w:w="682"/>
        <w:gridCol w:w="1583"/>
        <w:gridCol w:w="4485"/>
        <w:gridCol w:w="1755"/>
        <w:gridCol w:w="6638"/>
      </w:tblGrid>
      <w:tr w:rsidR="00973F9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  <w:jc w:val="center"/>
            </w:pPr>
            <w:r>
              <w:rPr>
                <w:b/>
              </w:rPr>
              <w:t>№</w:t>
            </w:r>
          </w:p>
          <w:p w:rsidR="00973F9D" w:rsidRDefault="000E1445">
            <w:pPr>
              <w:spacing w:after="0" w:line="240" w:lineRule="auto"/>
              <w:jc w:val="center"/>
            </w:pPr>
            <w:r>
              <w:rPr>
                <w:b/>
              </w:rPr>
              <w:t>п/п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  <w:jc w:val="center"/>
            </w:pPr>
            <w:r>
              <w:rPr>
                <w:b/>
              </w:rPr>
              <w:t>ОПФ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  <w:jc w:val="center"/>
            </w:pPr>
            <w:r>
              <w:rPr>
                <w:b/>
              </w:rPr>
              <w:t>Наименование организации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  <w:jc w:val="center"/>
            </w:pPr>
            <w:r>
              <w:rPr>
                <w:b/>
              </w:rPr>
              <w:t>ИНН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  <w:jc w:val="center"/>
            </w:pPr>
            <w:r>
              <w:rPr>
                <w:b/>
              </w:rPr>
              <w:t>Адрес</w:t>
            </w:r>
          </w:p>
        </w:tc>
      </w:tr>
      <w:tr w:rsidR="00973F9D" w:rsidRPr="00726E5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973F9D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УниверсалСтрой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7704770217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0E1445">
            <w:pPr>
              <w:spacing w:after="0" w:line="240" w:lineRule="auto"/>
              <w:rPr>
                <w:lang w:val="ru-RU"/>
              </w:rPr>
            </w:pPr>
            <w:r w:rsidRPr="00726E5B">
              <w:rPr>
                <w:lang w:val="ru-RU"/>
              </w:rPr>
              <w:t>115230, г.Москва, вн.тер.г.муниципальный округ Нагатино-Садовники, ш.Каширское, дом 3, к.2, стр.4, помещ.28/5</w:t>
            </w:r>
          </w:p>
        </w:tc>
      </w:tr>
      <w:tr w:rsidR="00973F9D" w:rsidRPr="00726E5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973F9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ТКС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9724069780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0E1445">
            <w:pPr>
              <w:spacing w:after="0" w:line="240" w:lineRule="auto"/>
              <w:rPr>
                <w:lang w:val="ru-RU"/>
              </w:rPr>
            </w:pPr>
            <w:r w:rsidRPr="00726E5B">
              <w:rPr>
                <w:lang w:val="ru-RU"/>
              </w:rPr>
              <w:t>119048, г.Москва, вн.тер.г. муниципальный округ Хамовники, ул.Лужники, дом 24, стр.10</w:t>
            </w:r>
          </w:p>
        </w:tc>
      </w:tr>
      <w:tr w:rsidR="00973F9D" w:rsidRPr="00726E5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973F9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Вертикаль-комфорт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7731198831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0E1445">
            <w:pPr>
              <w:spacing w:after="0" w:line="240" w:lineRule="auto"/>
              <w:rPr>
                <w:lang w:val="ru-RU"/>
              </w:rPr>
            </w:pPr>
            <w:r w:rsidRPr="00726E5B">
              <w:rPr>
                <w:lang w:val="ru-RU"/>
              </w:rPr>
              <w:t>121596, г.Москва, ул.Барвихинская, дом 16, к 3</w:t>
            </w:r>
          </w:p>
        </w:tc>
      </w:tr>
      <w:tr w:rsidR="00973F9D" w:rsidRPr="00726E5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973F9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ПРОФ-ПОЛЫ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7731320030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0E1445">
            <w:pPr>
              <w:spacing w:after="0" w:line="240" w:lineRule="auto"/>
              <w:rPr>
                <w:lang w:val="ru-RU"/>
              </w:rPr>
            </w:pPr>
            <w:r w:rsidRPr="00726E5B">
              <w:rPr>
                <w:lang w:val="ru-RU"/>
              </w:rPr>
              <w:t>121357, г.Москва, ул.Верейская, дом 5, стр.5, офис 2</w:t>
            </w:r>
          </w:p>
        </w:tc>
      </w:tr>
      <w:tr w:rsidR="00973F9D" w:rsidRPr="00726E5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973F9D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ЭЛС-ГРУПП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7751136329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0E1445">
            <w:pPr>
              <w:spacing w:after="0" w:line="240" w:lineRule="auto"/>
              <w:rPr>
                <w:lang w:val="ru-RU"/>
              </w:rPr>
            </w:pPr>
            <w:r w:rsidRPr="00726E5B">
              <w:rPr>
                <w:lang w:val="ru-RU"/>
              </w:rPr>
              <w:t>108814, г.Москва, вн.тер.г.муниципальный округ Коммунарка, п.Коммунарка, ул.Бачуринская, дом 7, к.1, помещ.1Л/15</w:t>
            </w:r>
          </w:p>
        </w:tc>
      </w:tr>
      <w:tr w:rsidR="00973F9D" w:rsidRPr="00726E5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973F9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МЭИС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7727405242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0E1445">
            <w:pPr>
              <w:spacing w:after="0" w:line="240" w:lineRule="auto"/>
              <w:rPr>
                <w:lang w:val="ru-RU"/>
              </w:rPr>
            </w:pPr>
            <w:r w:rsidRPr="00726E5B">
              <w:rPr>
                <w:lang w:val="ru-RU"/>
              </w:rPr>
              <w:t>123308, г.Москва, вн.тер.г. муниципальный округ Хорошево-Мневники, пр-кт Маршала Жукова, д.2, пом.19/3</w:t>
            </w:r>
          </w:p>
        </w:tc>
      </w:tr>
      <w:tr w:rsidR="00973F9D" w:rsidRPr="00726E5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973F9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ПАЛЛАДИО ГРУПП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7704451186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0E1445">
            <w:pPr>
              <w:spacing w:after="0" w:line="240" w:lineRule="auto"/>
              <w:rPr>
                <w:lang w:val="ru-RU"/>
              </w:rPr>
            </w:pPr>
            <w:r w:rsidRPr="00726E5B">
              <w:rPr>
                <w:lang w:val="ru-RU"/>
              </w:rPr>
              <w:t>119021, г.Москва, пер.Олсуфьевский, дом 8, стр.3, пом.1, комн.4-10</w:t>
            </w:r>
          </w:p>
        </w:tc>
      </w:tr>
      <w:tr w:rsidR="00973F9D" w:rsidRPr="00726E5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973F9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РЕАЛ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7713797550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0E1445">
            <w:pPr>
              <w:spacing w:after="0" w:line="240" w:lineRule="auto"/>
              <w:rPr>
                <w:lang w:val="ru-RU"/>
              </w:rPr>
            </w:pPr>
            <w:r w:rsidRPr="00726E5B">
              <w:rPr>
                <w:lang w:val="ru-RU"/>
              </w:rPr>
              <w:t>109444, г.Москва, вн.тер.г.муниципальный округ Выхино-Жулебино, Сормовский проезд, д.5, к.1</w:t>
            </w:r>
          </w:p>
        </w:tc>
      </w:tr>
      <w:tr w:rsidR="00973F9D" w:rsidRPr="00726E5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973F9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ГК СР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9729338404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0E1445">
            <w:pPr>
              <w:spacing w:after="0" w:line="240" w:lineRule="auto"/>
              <w:rPr>
                <w:lang w:val="ru-RU"/>
              </w:rPr>
            </w:pPr>
            <w:r w:rsidRPr="00726E5B">
              <w:rPr>
                <w:lang w:val="ru-RU"/>
              </w:rPr>
              <w:t>119602, г.Москва, вн.тер.г.муниципальный округ Тропарево-</w:t>
            </w:r>
            <w:r w:rsidRPr="00726E5B">
              <w:rPr>
                <w:lang w:val="ru-RU"/>
              </w:rPr>
              <w:lastRenderedPageBreak/>
              <w:t>Никулино, ш.Востряковское, дом 7, стр.3, помещ.11Н</w:t>
            </w:r>
          </w:p>
        </w:tc>
      </w:tr>
      <w:tr w:rsidR="00973F9D" w:rsidRPr="00726E5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973F9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АДС-КомпрессорСервис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7743934758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0E1445">
            <w:pPr>
              <w:spacing w:after="0" w:line="240" w:lineRule="auto"/>
              <w:rPr>
                <w:lang w:val="ru-RU"/>
              </w:rPr>
            </w:pPr>
            <w:r w:rsidRPr="00726E5B">
              <w:rPr>
                <w:lang w:val="ru-RU"/>
              </w:rPr>
              <w:t>125252, г.Москва, вн.тер.г.муниципальный округ Хорошевский, ул.3-я Песчаная, дом 2А</w:t>
            </w:r>
          </w:p>
        </w:tc>
      </w:tr>
      <w:tr w:rsidR="00973F9D" w:rsidRPr="00726E5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973F9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МОСТЛИФТСТРОЙ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4345369639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0E1445">
            <w:pPr>
              <w:spacing w:after="0" w:line="240" w:lineRule="auto"/>
              <w:rPr>
                <w:lang w:val="ru-RU"/>
              </w:rPr>
            </w:pPr>
            <w:r w:rsidRPr="00726E5B">
              <w:rPr>
                <w:lang w:val="ru-RU"/>
              </w:rPr>
              <w:t>119618, г.Москва, вн.тер.г.муниципальный округ Солнцево, ул.50 Лет Октября, дом 4</w:t>
            </w:r>
          </w:p>
        </w:tc>
      </w:tr>
      <w:tr w:rsidR="00973F9D" w:rsidRPr="00726E5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973F9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КСБ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7707400729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0E1445">
            <w:pPr>
              <w:spacing w:after="0" w:line="240" w:lineRule="auto"/>
              <w:rPr>
                <w:lang w:val="ru-RU"/>
              </w:rPr>
            </w:pPr>
            <w:r w:rsidRPr="00726E5B">
              <w:rPr>
                <w:lang w:val="ru-RU"/>
              </w:rPr>
              <w:t>125371, г.Москва, ш.Волокаламское, дом 116, стр.1, помещ.335</w:t>
            </w:r>
          </w:p>
        </w:tc>
      </w:tr>
      <w:tr w:rsidR="00973F9D" w:rsidRPr="00726E5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973F9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Теко-Флор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7716866957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0E1445">
            <w:pPr>
              <w:spacing w:after="0" w:line="240" w:lineRule="auto"/>
              <w:rPr>
                <w:lang w:val="ru-RU"/>
              </w:rPr>
            </w:pPr>
            <w:r w:rsidRPr="00726E5B">
              <w:rPr>
                <w:lang w:val="ru-RU"/>
              </w:rPr>
              <w:t>129128, г.Москва, платформа Северянин, д.9, стр.1, эт.2, комн.24/2</w:t>
            </w:r>
          </w:p>
        </w:tc>
      </w:tr>
      <w:tr w:rsidR="00973F9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973F9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Прима-Инженеринг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7713743883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 w:rsidRPr="00726E5B">
              <w:rPr>
                <w:lang w:val="ru-RU"/>
              </w:rPr>
              <w:t xml:space="preserve">127247, г. Москва, вн.тер.г. муниципальный округ Бескудниковский, б-р Бескудниковский, д. 58, к. 1, помещ. </w:t>
            </w:r>
            <w:r>
              <w:t>6/1</w:t>
            </w:r>
          </w:p>
        </w:tc>
      </w:tr>
      <w:tr w:rsidR="00973F9D" w:rsidRPr="00726E5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973F9D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Альбакор ПИН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9726059811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0E1445">
            <w:pPr>
              <w:spacing w:after="0" w:line="240" w:lineRule="auto"/>
              <w:rPr>
                <w:lang w:val="ru-RU"/>
              </w:rPr>
            </w:pPr>
            <w:r w:rsidRPr="00726E5B">
              <w:rPr>
                <w:lang w:val="ru-RU"/>
              </w:rPr>
              <w:t>117218, г.Москва, вн.тер.г.муниципальный округ Академический, ул.Кржижановского, д.20/30, к. 1, помещ.1Н/4</w:t>
            </w:r>
          </w:p>
        </w:tc>
      </w:tr>
      <w:tr w:rsidR="00973F9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973F9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МИК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7714491727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 w:rsidRPr="00726E5B">
              <w:rPr>
                <w:lang w:val="ru-RU"/>
              </w:rPr>
              <w:t xml:space="preserve">125284, г. Москва, вн. тер. г. муниципальный округ Беговой, ул. </w:t>
            </w:r>
            <w:r>
              <w:t>Беговая, д. 15, помещ. 1П</w:t>
            </w:r>
          </w:p>
        </w:tc>
      </w:tr>
      <w:tr w:rsidR="00973F9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973F9D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ТехноГрупп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5003111371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 w:rsidRPr="00726E5B">
              <w:rPr>
                <w:lang w:val="ru-RU"/>
              </w:rPr>
              <w:t xml:space="preserve">125375, г. Москва, вн. тер. г. муниципальный округ Тверской, пер Гнездниковский малый, д. 12, помещ. </w:t>
            </w:r>
            <w:r>
              <w:t>10/1</w:t>
            </w:r>
          </w:p>
        </w:tc>
      </w:tr>
      <w:tr w:rsidR="00973F9D" w:rsidRPr="00726E5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973F9D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ЛЕМЕР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7720938900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0E1445">
            <w:pPr>
              <w:spacing w:after="0" w:line="240" w:lineRule="auto"/>
              <w:rPr>
                <w:lang w:val="ru-RU"/>
              </w:rPr>
            </w:pPr>
            <w:r w:rsidRPr="00726E5B">
              <w:rPr>
                <w:lang w:val="ru-RU"/>
              </w:rPr>
              <w:t>111524, г.Москва, вн.тер.г. муниципальный округ Перово, ул.Электродная, дом 2, стр.34, пом.19/3</w:t>
            </w:r>
          </w:p>
        </w:tc>
      </w:tr>
      <w:tr w:rsidR="00973F9D" w:rsidRPr="00726E5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973F9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ПРЕДПРИЯТИЕ БЕРМОС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7708029610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0E1445">
            <w:pPr>
              <w:spacing w:after="0" w:line="240" w:lineRule="auto"/>
              <w:rPr>
                <w:lang w:val="ru-RU"/>
              </w:rPr>
            </w:pPr>
            <w:r w:rsidRPr="00726E5B">
              <w:rPr>
                <w:lang w:val="ru-RU"/>
              </w:rPr>
              <w:t>107078, г.Москва, ул.Садовая-Спасская, дом 19, к.1</w:t>
            </w:r>
          </w:p>
        </w:tc>
      </w:tr>
      <w:tr w:rsidR="00973F9D" w:rsidRPr="00726E5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973F9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СтройКомплекс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9725121591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0E1445">
            <w:pPr>
              <w:spacing w:after="0" w:line="240" w:lineRule="auto"/>
              <w:rPr>
                <w:lang w:val="ru-RU"/>
              </w:rPr>
            </w:pPr>
            <w:r w:rsidRPr="00726E5B">
              <w:rPr>
                <w:lang w:val="ru-RU"/>
              </w:rPr>
              <w:t>115432, г.Москва, вн.тер.г.муниципальный округ Даниловский, проезд 2-й Кожуховский, дом 29, к.2, стр.2</w:t>
            </w:r>
          </w:p>
        </w:tc>
      </w:tr>
      <w:tr w:rsidR="00973F9D" w:rsidRPr="00726E5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973F9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Дистанс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7729738790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0E1445">
            <w:pPr>
              <w:spacing w:after="0" w:line="240" w:lineRule="auto"/>
              <w:rPr>
                <w:lang w:val="ru-RU"/>
              </w:rPr>
            </w:pPr>
            <w:r w:rsidRPr="00726E5B">
              <w:rPr>
                <w:lang w:val="ru-RU"/>
              </w:rPr>
              <w:t>117342, г.Москва, вн.тер.г.муниципальный округ Коньково, ул.Бутлерова, д.17 Б, помещ.1/6</w:t>
            </w:r>
          </w:p>
        </w:tc>
      </w:tr>
      <w:tr w:rsidR="00973F9D" w:rsidRPr="00726E5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973F9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СК ЛЕЯ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9728045885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0E1445">
            <w:pPr>
              <w:spacing w:after="0" w:line="240" w:lineRule="auto"/>
              <w:rPr>
                <w:lang w:val="ru-RU"/>
              </w:rPr>
            </w:pPr>
            <w:r w:rsidRPr="00726E5B">
              <w:rPr>
                <w:lang w:val="ru-RU"/>
              </w:rPr>
              <w:t>117342, г.Москва, вн.тер.г.муниципальный округ Коньково, ул.Бутлерова, д.17, этаж 3, ком./оф.95/334</w:t>
            </w:r>
          </w:p>
        </w:tc>
      </w:tr>
      <w:tr w:rsidR="00973F9D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973F9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0E1445">
            <w:pPr>
              <w:spacing w:after="0" w:line="240" w:lineRule="auto"/>
              <w:rPr>
                <w:lang w:val="ru-RU"/>
              </w:rPr>
            </w:pPr>
            <w:r w:rsidRPr="00726E5B">
              <w:rPr>
                <w:lang w:val="ru-RU"/>
              </w:rPr>
              <w:t>ЛК Садовый Центр Марусин Сад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7743242676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 w:rsidRPr="00726E5B">
              <w:rPr>
                <w:lang w:val="ru-RU"/>
              </w:rPr>
              <w:t xml:space="preserve">108820, г. Москва, вн. тер. г. Муниципальный Округ Коммунарка, п. Завода Мосрентген, ул. </w:t>
            </w:r>
            <w:r>
              <w:t>Героя России Соломатина, соор. 6В, стр. 1</w:t>
            </w:r>
          </w:p>
        </w:tc>
      </w:tr>
      <w:tr w:rsidR="00973F9D" w:rsidRPr="00726E5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973F9D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ЛКХ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Default="000E1445">
            <w:pPr>
              <w:spacing w:after="0" w:line="240" w:lineRule="auto"/>
            </w:pPr>
            <w:r>
              <w:t>9729293827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3F9D" w:rsidRPr="00726E5B" w:rsidRDefault="000E1445">
            <w:pPr>
              <w:spacing w:after="0" w:line="240" w:lineRule="auto"/>
              <w:rPr>
                <w:lang w:val="ru-RU"/>
              </w:rPr>
            </w:pPr>
            <w:r w:rsidRPr="00726E5B">
              <w:rPr>
                <w:lang w:val="ru-RU"/>
              </w:rPr>
              <w:t>119620, г.Москва, вн.тер.г.муниципальный округ Солнцево, просп.Солнцевский, дом 13, помещ.1Н/4</w:t>
            </w:r>
          </w:p>
        </w:tc>
      </w:tr>
    </w:tbl>
    <w:p w:rsidR="000E1445" w:rsidRPr="00726E5B" w:rsidRDefault="000E1445">
      <w:pPr>
        <w:rPr>
          <w:lang w:val="ru-RU"/>
        </w:rPr>
      </w:pPr>
    </w:p>
    <w:sectPr w:rsidR="000E1445" w:rsidRPr="00726E5B" w:rsidSect="00034616">
      <w:pgSz w:w="16838" w:h="11906" w:orient="landscape"/>
      <w:pgMar w:top="68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6D7E534F"/>
    <w:multiLevelType w:val="multilevel"/>
    <w:tmpl w:val="84ECED1C"/>
    <w:lvl w:ilvl="0">
      <w:start w:val="1"/>
      <w:numFmt w:val="decimal"/>
      <w:pStyle w:val="a"/>
      <w:lvlText w:val="%1."/>
      <w:lvlJc w:val="left"/>
      <w:pPr>
        <w:ind w:left="0" w:firstLine="0"/>
      </w:pPr>
      <w:rPr>
        <w:rFonts w:ascii="Times New Roman" w:hAnsi="Times New Roman"/>
        <w:sz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E1445"/>
    <w:rsid w:val="0015074B"/>
    <w:rsid w:val="0029639D"/>
    <w:rsid w:val="00326F90"/>
    <w:rsid w:val="00726E5B"/>
    <w:rsid w:val="0095094D"/>
    <w:rsid w:val="00973F9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C693F"/>
    <w:rPr>
      <w:rFonts w:ascii="Times New Roman" w:eastAsia="Times New Roman" w:hAnsi="Times New Roman" w:cs="Times New Roman"/>
      <w:sz w:val="24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0"/>
    <w:link w:val="aff9"/>
    <w:uiPriority w:val="99"/>
    <w:semiHidden/>
    <w:unhideWhenUsed/>
    <w:rsid w:val="00950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1"/>
    <w:link w:val="aff8"/>
    <w:uiPriority w:val="99"/>
    <w:semiHidden/>
    <w:rsid w:val="0095094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C693F"/>
    <w:rPr>
      <w:rFonts w:ascii="Times New Roman" w:eastAsia="Times New Roman" w:hAnsi="Times New Roman" w:cs="Times New Roman"/>
      <w:sz w:val="24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0"/>
    <w:link w:val="aff9"/>
    <w:uiPriority w:val="99"/>
    <w:semiHidden/>
    <w:unhideWhenUsed/>
    <w:rsid w:val="00950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1"/>
    <w:link w:val="aff8"/>
    <w:uiPriority w:val="99"/>
    <w:semiHidden/>
    <w:rsid w:val="0095094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4462FA-836A-424D-84B0-7B798836B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2998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Миронов Павел Алексеевич</cp:lastModifiedBy>
  <cp:revision>3</cp:revision>
  <dcterms:created xsi:type="dcterms:W3CDTF">2013-12-23T23:15:00Z</dcterms:created>
  <dcterms:modified xsi:type="dcterms:W3CDTF">2026-09-28T09:24:00Z</dcterms:modified>
  <cp:category/>
</cp:coreProperties>
</file>