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806" w:rsidRPr="00271756" w:rsidRDefault="001422F6" w:rsidP="001422F6">
      <w:pPr>
        <w:spacing w:line="360" w:lineRule="auto"/>
        <w:jc w:val="right"/>
        <w:rPr>
          <w:lang w:val="ru-RU"/>
        </w:rPr>
      </w:pPr>
      <w:bookmarkStart w:id="0" w:name="_GoBack"/>
      <w:r>
        <w:rPr>
          <w:b/>
          <w:noProof/>
          <w:lang w:val="ru-RU" w:eastAsia="ru-RU"/>
        </w:rPr>
        <w:drawing>
          <wp:inline distT="0" distB="0" distL="0" distR="0">
            <wp:extent cx="3143250" cy="2619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81806" w:rsidRPr="00271756" w:rsidRDefault="00020EC5">
      <w:pPr>
        <w:spacing w:after="0"/>
        <w:rPr>
          <w:lang w:val="ru-RU"/>
        </w:rPr>
      </w:pPr>
      <w:r w:rsidRPr="00271756">
        <w:rPr>
          <w:b/>
          <w:lang w:val="ru-RU"/>
        </w:rPr>
        <w:t>План проверок членов саморегулируемой организации</w:t>
      </w:r>
    </w:p>
    <w:p w:rsidR="00F81806" w:rsidRDefault="00020EC5">
      <w:pPr>
        <w:spacing w:after="0"/>
        <w:rPr>
          <w:b/>
          <w:lang w:val="ru-RU"/>
        </w:rPr>
      </w:pPr>
      <w:r w:rsidRPr="00271756">
        <w:rPr>
          <w:b/>
          <w:lang w:val="ru-RU"/>
        </w:rPr>
        <w:t>Ассоциация «Генеральных подрядч</w:t>
      </w:r>
      <w:r w:rsidR="00133EEA">
        <w:rPr>
          <w:b/>
          <w:lang w:val="ru-RU"/>
        </w:rPr>
        <w:t>иков в строительстве» на октябрь</w:t>
      </w:r>
      <w:r w:rsidRPr="00271756">
        <w:rPr>
          <w:b/>
          <w:lang w:val="ru-RU"/>
        </w:rPr>
        <w:t xml:space="preserve"> 2026 года.</w:t>
      </w:r>
    </w:p>
    <w:p w:rsidR="00271756" w:rsidRPr="00271756" w:rsidRDefault="00271756">
      <w:pPr>
        <w:spacing w:after="0"/>
        <w:rPr>
          <w:lang w:val="ru-RU"/>
        </w:rPr>
      </w:pPr>
    </w:p>
    <w:tbl>
      <w:tblPr>
        <w:tblW w:w="15143" w:type="dxa"/>
        <w:tblLayout w:type="fixed"/>
        <w:tblLook w:val="04A0" w:firstRow="1" w:lastRow="0" w:firstColumn="1" w:lastColumn="0" w:noHBand="0" w:noVBand="1"/>
      </w:tblPr>
      <w:tblGrid>
        <w:gridCol w:w="682"/>
        <w:gridCol w:w="1583"/>
        <w:gridCol w:w="4485"/>
        <w:gridCol w:w="1755"/>
        <w:gridCol w:w="6638"/>
      </w:tblGrid>
      <w:tr w:rsidR="00F81806" w:rsidTr="00B26AD0">
        <w:trPr>
          <w:trHeight w:val="66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  <w:jc w:val="center"/>
            </w:pPr>
            <w:r>
              <w:rPr>
                <w:b/>
              </w:rPr>
              <w:t>№</w:t>
            </w:r>
          </w:p>
          <w:p w:rsidR="00F81806" w:rsidRDefault="00020EC5">
            <w:pPr>
              <w:spacing w:after="0" w:line="240" w:lineRule="auto"/>
              <w:jc w:val="center"/>
            </w:pPr>
            <w:r>
              <w:rPr>
                <w:b/>
              </w:rPr>
              <w:t>п/п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  <w:jc w:val="center"/>
            </w:pPr>
            <w:r>
              <w:rPr>
                <w:b/>
              </w:rPr>
              <w:t>ОПФ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  <w:jc w:val="center"/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  <w:jc w:val="center"/>
            </w:pPr>
            <w:r>
              <w:rPr>
                <w:b/>
              </w:rPr>
              <w:t>ИНН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806" w:rsidRDefault="00020EC5">
            <w:pPr>
              <w:spacing w:after="0" w:line="240" w:lineRule="auto"/>
              <w:jc w:val="center"/>
            </w:pPr>
            <w:r>
              <w:rPr>
                <w:b/>
              </w:rPr>
              <w:t>Адрес</w:t>
            </w:r>
          </w:p>
        </w:tc>
      </w:tr>
      <w:tr w:rsidR="00133EEA" w:rsidRPr="00E23C4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5-Я ЗВЕЗДА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9715007410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3C47F0" w:rsidRDefault="00133EEA" w:rsidP="00FA3529">
            <w:pPr>
              <w:spacing w:after="0" w:line="240" w:lineRule="auto"/>
              <w:rPr>
                <w:lang w:val="ru-RU"/>
              </w:rPr>
            </w:pPr>
            <w:r w:rsidRPr="003C47F0">
              <w:rPr>
                <w:lang w:val="ru-RU"/>
              </w:rPr>
              <w:t>127254, г.Москва, проезд Огородный, дом 4, стр.1</w:t>
            </w:r>
          </w:p>
        </w:tc>
      </w:tr>
      <w:tr w:rsidR="00133EEA" w:rsidRPr="00E23C4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46464A" w:rsidRDefault="00133EEA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ИМГ-Инжиниринг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7714325712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3C47F0" w:rsidRDefault="00133EEA" w:rsidP="00FA3529">
            <w:pPr>
              <w:spacing w:after="0" w:line="240" w:lineRule="auto"/>
              <w:rPr>
                <w:lang w:val="ru-RU"/>
              </w:rPr>
            </w:pPr>
            <w:r w:rsidRPr="003C47F0">
              <w:rPr>
                <w:lang w:val="ru-RU"/>
              </w:rPr>
              <w:t>125252, г.Москва, ул.Авиконструктора Микояна, дом 14, к.1, этаж 1, пом.</w:t>
            </w:r>
            <w:r>
              <w:t>XII</w:t>
            </w:r>
          </w:p>
        </w:tc>
      </w:tr>
      <w:tr w:rsidR="00133EEA" w:rsidRPr="00E23C4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46464A" w:rsidRDefault="00133EEA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ТРЕЙДСТРОЙ ГЛОБАЛ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9726008327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3C47F0" w:rsidRDefault="00133EEA" w:rsidP="00FA3529">
            <w:pPr>
              <w:spacing w:after="0" w:line="240" w:lineRule="auto"/>
              <w:rPr>
                <w:lang w:val="ru-RU"/>
              </w:rPr>
            </w:pPr>
            <w:r w:rsidRPr="003C47F0">
              <w:rPr>
                <w:lang w:val="ru-RU"/>
              </w:rPr>
              <w:t>117556, г.Москва, ш.Варшавское, дом 86, этаж 2 помещ.</w:t>
            </w:r>
            <w:r>
              <w:t>IV</w:t>
            </w:r>
            <w:r w:rsidRPr="003C47F0">
              <w:rPr>
                <w:lang w:val="ru-RU"/>
              </w:rPr>
              <w:t>, ком.1</w:t>
            </w:r>
          </w:p>
        </w:tc>
      </w:tr>
      <w:tr w:rsidR="00133EEA" w:rsidRPr="00E23C4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46464A" w:rsidRDefault="00133EEA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МЕТР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9704259454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3C47F0" w:rsidRDefault="00133EEA" w:rsidP="00FA3529">
            <w:pPr>
              <w:spacing w:after="0" w:line="240" w:lineRule="auto"/>
              <w:rPr>
                <w:lang w:val="ru-RU"/>
              </w:rPr>
            </w:pPr>
            <w:r w:rsidRPr="003C47F0">
              <w:rPr>
                <w:lang w:val="ru-RU"/>
              </w:rPr>
              <w:t>119048, г.Москва, вн.тер.г. муниципальный округ Хамовники, пр-кт Комсомольский, дом 46, к.2, пом.5/1П</w:t>
            </w:r>
          </w:p>
        </w:tc>
      </w:tr>
      <w:tr w:rsidR="00133EEA" w:rsidRPr="00E23C4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46464A" w:rsidRDefault="00133EEA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ТР Групп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9703142213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3C47F0" w:rsidRDefault="00133EEA" w:rsidP="00FA3529">
            <w:pPr>
              <w:spacing w:after="0" w:line="240" w:lineRule="auto"/>
              <w:rPr>
                <w:lang w:val="ru-RU"/>
              </w:rPr>
            </w:pPr>
            <w:r w:rsidRPr="003C47F0">
              <w:rPr>
                <w:lang w:val="ru-RU"/>
              </w:rPr>
              <w:t>123112, г.Москва, вн.тер.г. муниципальный округ Пресненский, Пресненская наб., дом 12, пом.1/23</w:t>
            </w:r>
          </w:p>
        </w:tc>
      </w:tr>
      <w:tr w:rsidR="00133EEA" w:rsidRPr="00E23C4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46464A" w:rsidRDefault="00133EEA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СПЕЦТРЕСТ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7743454504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3C47F0" w:rsidRDefault="00133EEA" w:rsidP="00FA3529">
            <w:pPr>
              <w:spacing w:after="0" w:line="240" w:lineRule="auto"/>
              <w:rPr>
                <w:lang w:val="ru-RU"/>
              </w:rPr>
            </w:pPr>
            <w:r w:rsidRPr="003C47F0">
              <w:rPr>
                <w:lang w:val="ru-RU"/>
              </w:rPr>
              <w:t>125315, г.Москва, вн.тер.г. муниципальный оукруг Сокол, пр-кт Ленинградский, дом 80Б, к.3, пом.7/Т</w:t>
            </w:r>
          </w:p>
        </w:tc>
      </w:tr>
      <w:tr w:rsidR="00133EEA" w:rsidRPr="00E23C4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46464A" w:rsidRDefault="00133EEA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Автопрофит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7743775240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3C47F0" w:rsidRDefault="00133EEA" w:rsidP="00FA3529">
            <w:pPr>
              <w:spacing w:after="0" w:line="240" w:lineRule="auto"/>
              <w:rPr>
                <w:lang w:val="ru-RU"/>
              </w:rPr>
            </w:pPr>
            <w:r w:rsidRPr="003C47F0">
              <w:rPr>
                <w:lang w:val="ru-RU"/>
              </w:rPr>
              <w:t>125212, г.Москва, ул.Адмирала Макарова, дом 6, стр.13, этаж 1, помещ.</w:t>
            </w:r>
            <w:r>
              <w:t>R</w:t>
            </w:r>
            <w:r w:rsidRPr="003C47F0">
              <w:rPr>
                <w:lang w:val="ru-RU"/>
              </w:rPr>
              <w:t>1-11</w:t>
            </w:r>
          </w:p>
        </w:tc>
      </w:tr>
      <w:tr w:rsidR="00133EEA" w:rsidRPr="00E23C4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46464A" w:rsidRDefault="00133EEA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ЭкоТрансЛогистик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9715369138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3C47F0" w:rsidRDefault="00133EEA" w:rsidP="00FA3529">
            <w:pPr>
              <w:spacing w:after="0" w:line="240" w:lineRule="auto"/>
              <w:rPr>
                <w:lang w:val="ru-RU"/>
              </w:rPr>
            </w:pPr>
            <w:r w:rsidRPr="003C47F0">
              <w:rPr>
                <w:lang w:val="ru-RU"/>
              </w:rPr>
              <w:t>117105, г.Москва, вн.тер.г.муниципальный окург Донской, ш.Варшавское, дом 33, стр.1, помещ.13/8</w:t>
            </w:r>
          </w:p>
        </w:tc>
      </w:tr>
      <w:tr w:rsidR="00133EEA" w:rsidRPr="00E23C4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46464A" w:rsidRDefault="00133EEA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АСК Вектор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9729300288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3C47F0" w:rsidRDefault="00133EEA" w:rsidP="00FA3529">
            <w:pPr>
              <w:spacing w:after="0" w:line="240" w:lineRule="auto"/>
              <w:rPr>
                <w:lang w:val="ru-RU"/>
              </w:rPr>
            </w:pPr>
            <w:r w:rsidRPr="003C47F0">
              <w:rPr>
                <w:lang w:val="ru-RU"/>
              </w:rPr>
              <w:t>119607, г.Москва, вн.тер.г.муниципальный округ Раменки, ул.Раменки, дом 12, этаж 1, помещ.</w:t>
            </w:r>
            <w:r>
              <w:t>IV</w:t>
            </w:r>
            <w:r w:rsidRPr="003C47F0">
              <w:rPr>
                <w:lang w:val="ru-RU"/>
              </w:rPr>
              <w:t>, комн.5</w:t>
            </w:r>
          </w:p>
        </w:tc>
      </w:tr>
      <w:tr w:rsidR="00133EEA" w:rsidRPr="00E23C4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46464A" w:rsidRDefault="00133EEA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МонолитСтрой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7733433128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3C47F0" w:rsidRDefault="00133EEA" w:rsidP="00FA3529">
            <w:pPr>
              <w:spacing w:after="0" w:line="240" w:lineRule="auto"/>
              <w:rPr>
                <w:lang w:val="ru-RU"/>
              </w:rPr>
            </w:pPr>
            <w:r w:rsidRPr="003C47F0">
              <w:rPr>
                <w:lang w:val="ru-RU"/>
              </w:rPr>
              <w:t>125430, г.Москва, вн.тер.г.муниципальный округ Митино, ул.Митинская, дом 52, к.1, помещ.2/П</w:t>
            </w:r>
          </w:p>
        </w:tc>
      </w:tr>
      <w:tr w:rsidR="00133EEA" w:rsidRPr="00133EE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46464A" w:rsidRDefault="00133EEA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ГРЭМ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7716953624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 w:rsidRPr="003C47F0">
              <w:rPr>
                <w:lang w:val="ru-RU"/>
              </w:rPr>
              <w:t xml:space="preserve">129327, г Москва, вн. тер. г. муниципальный округ Бабушкинский, ул. </w:t>
            </w:r>
            <w:r>
              <w:t>Лесная, д 2/21, помещение 1/1П</w:t>
            </w:r>
          </w:p>
        </w:tc>
      </w:tr>
      <w:tr w:rsidR="00133EEA" w:rsidRPr="00E23C4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46464A" w:rsidRDefault="00133EEA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Монтажстрой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9710094835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3C47F0" w:rsidRDefault="00133EEA" w:rsidP="00FA3529">
            <w:pPr>
              <w:spacing w:after="0" w:line="240" w:lineRule="auto"/>
              <w:rPr>
                <w:lang w:val="ru-RU"/>
              </w:rPr>
            </w:pPr>
            <w:r w:rsidRPr="003C47F0">
              <w:rPr>
                <w:lang w:val="ru-RU"/>
              </w:rPr>
              <w:t>119119, г.Москва, вн.тер.г.муниципалный округ Гагаринский, просп.Ленинский, д.42, к.1-2-3</w:t>
            </w:r>
          </w:p>
        </w:tc>
      </w:tr>
      <w:tr w:rsidR="00133EEA" w:rsidRPr="00E23C4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46464A" w:rsidRDefault="00133EEA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СК ЛИДЕР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7720942833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3C47F0" w:rsidRDefault="00133EEA" w:rsidP="00FA3529">
            <w:pPr>
              <w:spacing w:after="0" w:line="240" w:lineRule="auto"/>
              <w:rPr>
                <w:lang w:val="ru-RU"/>
              </w:rPr>
            </w:pPr>
            <w:r w:rsidRPr="003C47F0">
              <w:rPr>
                <w:lang w:val="ru-RU"/>
              </w:rPr>
              <w:t>111141, г.Москва, вн.тер.г.муниципальный округ Перово, ул.Плеханова, дом 17</w:t>
            </w:r>
          </w:p>
        </w:tc>
      </w:tr>
      <w:tr w:rsidR="00133EEA" w:rsidRPr="00E23C4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46464A" w:rsidRDefault="00133EEA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ВИТО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7707382808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3C47F0" w:rsidRDefault="00133EEA" w:rsidP="00FA3529">
            <w:pPr>
              <w:spacing w:after="0" w:line="240" w:lineRule="auto"/>
              <w:rPr>
                <w:lang w:val="ru-RU"/>
              </w:rPr>
            </w:pPr>
            <w:r w:rsidRPr="003C47F0">
              <w:rPr>
                <w:lang w:val="ru-RU"/>
              </w:rPr>
              <w:t>127055, г. Москва, туп. 1-й Тихвинский, д. 5-7, пом.1,ком.4, оф.9</w:t>
            </w:r>
          </w:p>
        </w:tc>
      </w:tr>
      <w:tr w:rsidR="00133EEA" w:rsidRPr="00E23C4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46464A" w:rsidRDefault="00133EEA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СК ПАНТУМ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7720942431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3C47F0" w:rsidRDefault="00133EEA" w:rsidP="00FA3529">
            <w:pPr>
              <w:spacing w:after="0" w:line="240" w:lineRule="auto"/>
              <w:rPr>
                <w:lang w:val="ru-RU"/>
              </w:rPr>
            </w:pPr>
            <w:r w:rsidRPr="003C47F0">
              <w:rPr>
                <w:lang w:val="ru-RU"/>
              </w:rPr>
              <w:t>111524, г.Москва, вн.тер.г. муниципальный округ Перово, ул.Электродная, дом 2, стр.34, пом.19/3</w:t>
            </w:r>
          </w:p>
        </w:tc>
      </w:tr>
      <w:tr w:rsidR="00133EEA" w:rsidRPr="00E23C4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46464A" w:rsidRDefault="00133EEA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ЭнергоСтрой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7714457170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3C47F0" w:rsidRDefault="00133EEA" w:rsidP="00FA3529">
            <w:pPr>
              <w:spacing w:after="0" w:line="240" w:lineRule="auto"/>
              <w:rPr>
                <w:lang w:val="ru-RU"/>
              </w:rPr>
            </w:pPr>
            <w:r w:rsidRPr="003C47F0">
              <w:rPr>
                <w:lang w:val="ru-RU"/>
              </w:rPr>
              <w:t>105005, г.Москва, вн.тер.г.муниципальный округ Басманный, ул.Бауманская, дом 43/1, стр.1, пом.1/2</w:t>
            </w:r>
          </w:p>
        </w:tc>
      </w:tr>
      <w:tr w:rsidR="00133EEA" w:rsidRPr="00E23C4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46464A" w:rsidRDefault="00133EEA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Технополис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7730293257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3C47F0" w:rsidRDefault="00133EEA" w:rsidP="00FA3529">
            <w:pPr>
              <w:spacing w:after="0" w:line="240" w:lineRule="auto"/>
              <w:rPr>
                <w:lang w:val="ru-RU"/>
              </w:rPr>
            </w:pPr>
            <w:r w:rsidRPr="003C47F0">
              <w:rPr>
                <w:lang w:val="ru-RU"/>
              </w:rPr>
              <w:t>121151, г.Москва, вн.тер.г.муниципальный округ Дорогомилово, проезд Резервный, дом 4, помещ.2/1, комн.15</w:t>
            </w:r>
          </w:p>
        </w:tc>
      </w:tr>
      <w:tr w:rsidR="00133EEA" w:rsidRPr="00E23C4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46464A" w:rsidRDefault="00133EEA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СК СТРОЙМОНТАЖ - 77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9727037320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3C47F0" w:rsidRDefault="00133EEA" w:rsidP="00FA3529">
            <w:pPr>
              <w:spacing w:after="0" w:line="240" w:lineRule="auto"/>
              <w:rPr>
                <w:lang w:val="ru-RU"/>
              </w:rPr>
            </w:pPr>
            <w:r w:rsidRPr="003C47F0">
              <w:rPr>
                <w:lang w:val="ru-RU"/>
              </w:rPr>
              <w:t>117042, г.Москва, вн.тер.г.муниципальный округ Южное Бутово, ул.Южнобутовская, дом 56, к.2, кв.3</w:t>
            </w:r>
          </w:p>
        </w:tc>
      </w:tr>
      <w:tr w:rsidR="00133EEA" w:rsidRPr="00E23C4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46464A" w:rsidRDefault="00133EEA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Новая Эра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7725498393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3C47F0" w:rsidRDefault="00133EEA" w:rsidP="00FA3529">
            <w:pPr>
              <w:spacing w:after="0" w:line="240" w:lineRule="auto"/>
              <w:rPr>
                <w:lang w:val="ru-RU"/>
              </w:rPr>
            </w:pPr>
            <w:r w:rsidRPr="003C47F0">
              <w:rPr>
                <w:lang w:val="ru-RU"/>
              </w:rPr>
              <w:t>115093, г.Москва, пер.Партийный, дом 1, корп.57, стр.3, офис 217</w:t>
            </w:r>
          </w:p>
        </w:tc>
      </w:tr>
      <w:tr w:rsidR="00133EEA" w:rsidRPr="00E23C4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46464A" w:rsidRDefault="00133EEA" w:rsidP="0046464A">
            <w:pPr>
              <w:pStyle w:val="ae"/>
              <w:numPr>
                <w:ilvl w:val="0"/>
                <w:numId w:val="10"/>
              </w:numPr>
              <w:spacing w:after="0" w:line="240" w:lineRule="auto"/>
              <w:rPr>
                <w:lang w:val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ООО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Технопарк Инжиниринг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Default="00133EEA" w:rsidP="00FA3529">
            <w:pPr>
              <w:spacing w:after="0" w:line="240" w:lineRule="auto"/>
            </w:pPr>
            <w:r>
              <w:t>9703196032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EEA" w:rsidRPr="003C47F0" w:rsidRDefault="00133EEA" w:rsidP="00FA3529">
            <w:pPr>
              <w:spacing w:after="0" w:line="240" w:lineRule="auto"/>
              <w:rPr>
                <w:lang w:val="ru-RU"/>
              </w:rPr>
            </w:pPr>
            <w:r w:rsidRPr="003C47F0">
              <w:rPr>
                <w:lang w:val="ru-RU"/>
              </w:rPr>
              <w:t>129085, г.Москва, вн.тер.г. муниципальный округ Останкинский, б-р Звездный, дом 21, стр.1, пом.2/2</w:t>
            </w:r>
          </w:p>
        </w:tc>
      </w:tr>
    </w:tbl>
    <w:p w:rsidR="00020EC5" w:rsidRPr="00271756" w:rsidRDefault="00020EC5">
      <w:pPr>
        <w:rPr>
          <w:lang w:val="ru-RU"/>
        </w:rPr>
      </w:pPr>
    </w:p>
    <w:sectPr w:rsidR="00020EC5" w:rsidRPr="00271756" w:rsidSect="00034616">
      <w:pgSz w:w="16838" w:h="11906" w:orient="landscape"/>
      <w:pgMar w:top="68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A1E1C25"/>
    <w:multiLevelType w:val="hybridMultilevel"/>
    <w:tmpl w:val="D626F0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20EC5"/>
    <w:rsid w:val="00034616"/>
    <w:rsid w:val="0006063C"/>
    <w:rsid w:val="000A26D0"/>
    <w:rsid w:val="00133EEA"/>
    <w:rsid w:val="001422F6"/>
    <w:rsid w:val="0015074B"/>
    <w:rsid w:val="00271756"/>
    <w:rsid w:val="0029639D"/>
    <w:rsid w:val="00326F90"/>
    <w:rsid w:val="0046464A"/>
    <w:rsid w:val="005A6033"/>
    <w:rsid w:val="00AA1D8D"/>
    <w:rsid w:val="00B26AD0"/>
    <w:rsid w:val="00B47730"/>
    <w:rsid w:val="00C63220"/>
    <w:rsid w:val="00CB0664"/>
    <w:rsid w:val="00E23C43"/>
    <w:rsid w:val="00F8180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 w:cs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142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1422F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 w:cs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142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1422F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448869C-1E8D-4722-A646-202151EDF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2485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Миронов Павел Алексеевич</cp:lastModifiedBy>
  <cp:revision>10</cp:revision>
  <dcterms:created xsi:type="dcterms:W3CDTF">2013-12-23T23:15:00Z</dcterms:created>
  <dcterms:modified xsi:type="dcterms:W3CDTF">2026-08-25T10:22:00Z</dcterms:modified>
  <cp:category/>
</cp:coreProperties>
</file>