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806" w:rsidRPr="00271756" w:rsidRDefault="005F234A" w:rsidP="005F234A">
      <w:pPr>
        <w:spacing w:line="360" w:lineRule="auto"/>
        <w:jc w:val="right"/>
        <w:rPr>
          <w:lang w:val="ru-RU"/>
        </w:rPr>
      </w:pPr>
      <w:bookmarkStart w:id="0" w:name="_GoBack"/>
      <w:r>
        <w:rPr>
          <w:noProof/>
          <w:lang w:val="ru-RU" w:eastAsia="ru-RU"/>
        </w:rPr>
        <w:drawing>
          <wp:inline distT="0" distB="0" distL="0" distR="0" wp14:anchorId="5FF5B836" wp14:editId="17A6EF45">
            <wp:extent cx="3000375" cy="2362200"/>
            <wp:effectExtent l="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81806" w:rsidRPr="00271756" w:rsidRDefault="00020EC5">
      <w:pPr>
        <w:spacing w:after="0"/>
        <w:rPr>
          <w:lang w:val="ru-RU"/>
        </w:rPr>
      </w:pPr>
      <w:r w:rsidRPr="00271756">
        <w:rPr>
          <w:b/>
          <w:lang w:val="ru-RU"/>
        </w:rPr>
        <w:t>План проверок членов саморегулируемой организации</w:t>
      </w:r>
    </w:p>
    <w:p w:rsidR="00F81806" w:rsidRDefault="00020EC5">
      <w:pPr>
        <w:spacing w:after="0"/>
        <w:rPr>
          <w:b/>
          <w:lang w:val="ru-RU"/>
        </w:rPr>
      </w:pPr>
      <w:r w:rsidRPr="00271756">
        <w:rPr>
          <w:b/>
          <w:lang w:val="ru-RU"/>
        </w:rPr>
        <w:t>Ассоциация «Генеральных подрядчиков в строительстве» на сентябрь 2026 года.</w:t>
      </w:r>
    </w:p>
    <w:p w:rsidR="00271756" w:rsidRPr="00271756" w:rsidRDefault="00271756">
      <w:pPr>
        <w:spacing w:after="0"/>
        <w:rPr>
          <w:lang w:val="ru-RU"/>
        </w:rPr>
      </w:pPr>
    </w:p>
    <w:tbl>
      <w:tblPr>
        <w:tblW w:w="15143" w:type="dxa"/>
        <w:tblLayout w:type="fixed"/>
        <w:tblLook w:val="04A0" w:firstRow="1" w:lastRow="0" w:firstColumn="1" w:lastColumn="0" w:noHBand="0" w:noVBand="1"/>
      </w:tblPr>
      <w:tblGrid>
        <w:gridCol w:w="682"/>
        <w:gridCol w:w="1583"/>
        <w:gridCol w:w="4485"/>
        <w:gridCol w:w="1755"/>
        <w:gridCol w:w="6638"/>
      </w:tblGrid>
      <w:tr w:rsidR="00F81806" w:rsidTr="00B26AD0">
        <w:trPr>
          <w:trHeight w:val="66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Default="00020EC5">
            <w:pPr>
              <w:spacing w:after="0" w:line="240" w:lineRule="auto"/>
              <w:jc w:val="center"/>
            </w:pPr>
            <w:r>
              <w:rPr>
                <w:b/>
              </w:rPr>
              <w:t>№</w:t>
            </w:r>
          </w:p>
          <w:p w:rsidR="00F81806" w:rsidRDefault="00020EC5">
            <w:pPr>
              <w:spacing w:after="0" w:line="240" w:lineRule="auto"/>
              <w:jc w:val="center"/>
            </w:pPr>
            <w:r>
              <w:rPr>
                <w:b/>
              </w:rPr>
              <w:t>п/п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Default="00020EC5">
            <w:pPr>
              <w:spacing w:after="0" w:line="240" w:lineRule="auto"/>
              <w:jc w:val="center"/>
            </w:pPr>
            <w:r>
              <w:rPr>
                <w:b/>
              </w:rPr>
              <w:t>ОПФ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Default="00020EC5">
            <w:pPr>
              <w:spacing w:after="0" w:line="240" w:lineRule="auto"/>
              <w:jc w:val="center"/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Default="00020EC5">
            <w:pPr>
              <w:spacing w:after="0" w:line="240" w:lineRule="auto"/>
              <w:jc w:val="center"/>
            </w:pPr>
            <w:r>
              <w:rPr>
                <w:b/>
              </w:rPr>
              <w:t>ИНН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Default="00020EC5">
            <w:pPr>
              <w:spacing w:after="0" w:line="240" w:lineRule="auto"/>
              <w:jc w:val="center"/>
            </w:pPr>
            <w:r>
              <w:rPr>
                <w:b/>
              </w:rPr>
              <w:t>Адрес</w:t>
            </w:r>
          </w:p>
        </w:tc>
      </w:tr>
      <w:tr w:rsidR="00F81806" w:rsidRPr="005A6033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Default="00F81806" w:rsidP="0046464A">
            <w:pPr>
              <w:pStyle w:val="ae"/>
              <w:numPr>
                <w:ilvl w:val="0"/>
                <w:numId w:val="10"/>
              </w:numPr>
              <w:spacing w:after="0" w:line="240" w:lineRule="auto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Default="00020EC5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Default="00020EC5">
            <w:pPr>
              <w:spacing w:after="0" w:line="240" w:lineRule="auto"/>
            </w:pPr>
            <w:r>
              <w:t>КОСТА-Сталь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Default="00020EC5">
            <w:pPr>
              <w:spacing w:after="0" w:line="240" w:lineRule="auto"/>
            </w:pPr>
            <w:r>
              <w:t>7701964937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Pr="00271756" w:rsidRDefault="00020EC5">
            <w:pPr>
              <w:spacing w:after="0" w:line="240" w:lineRule="auto"/>
              <w:rPr>
                <w:lang w:val="ru-RU"/>
              </w:rPr>
            </w:pPr>
            <w:r w:rsidRPr="00271756">
              <w:rPr>
                <w:lang w:val="ru-RU"/>
              </w:rPr>
              <w:t>107014, г.Москва, ул.3-я Сокольническая, дом 1, кв.64</w:t>
            </w:r>
          </w:p>
        </w:tc>
      </w:tr>
      <w:tr w:rsidR="00F81806" w:rsidRPr="005A6033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Pr="0046464A" w:rsidRDefault="00F81806" w:rsidP="0046464A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Default="00020EC5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Default="00020EC5">
            <w:pPr>
              <w:spacing w:after="0" w:line="240" w:lineRule="auto"/>
            </w:pPr>
            <w:r>
              <w:t>ИнСет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Default="00020EC5">
            <w:pPr>
              <w:spacing w:after="0" w:line="240" w:lineRule="auto"/>
            </w:pPr>
            <w:r>
              <w:t>7733338724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Pr="00271756" w:rsidRDefault="00020EC5">
            <w:pPr>
              <w:spacing w:after="0" w:line="240" w:lineRule="auto"/>
              <w:rPr>
                <w:lang w:val="ru-RU"/>
              </w:rPr>
            </w:pPr>
            <w:r w:rsidRPr="00271756">
              <w:rPr>
                <w:lang w:val="ru-RU"/>
              </w:rPr>
              <w:t>127055, г.Москва, вн.тер.г. муниципальный округ Тверской, ул.Бутырский Вал, дом 68/70, стр.3, пом.1Н/3</w:t>
            </w:r>
          </w:p>
        </w:tc>
      </w:tr>
      <w:tr w:rsidR="00F81806" w:rsidRPr="005A6033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Pr="0046464A" w:rsidRDefault="00F81806" w:rsidP="0046464A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Default="00020EC5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Default="00020EC5">
            <w:pPr>
              <w:spacing w:after="0" w:line="240" w:lineRule="auto"/>
            </w:pPr>
            <w:r>
              <w:t>СТРОЙДИЗАЙН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Default="00020EC5">
            <w:pPr>
              <w:spacing w:after="0" w:line="240" w:lineRule="auto"/>
            </w:pPr>
            <w:r>
              <w:t>9704130450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Pr="00271756" w:rsidRDefault="00020EC5">
            <w:pPr>
              <w:spacing w:after="0" w:line="240" w:lineRule="auto"/>
              <w:rPr>
                <w:lang w:val="ru-RU"/>
              </w:rPr>
            </w:pPr>
            <w:r w:rsidRPr="00271756">
              <w:rPr>
                <w:lang w:val="ru-RU"/>
              </w:rPr>
              <w:t>127434, г.Москва, вн.тер.г.муниципальный окург Тимирязевский, Дмитровское ш., дом 9, стр.2</w:t>
            </w:r>
          </w:p>
        </w:tc>
      </w:tr>
      <w:tr w:rsidR="00F81806" w:rsidRPr="005A6033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Pr="0046464A" w:rsidRDefault="00F81806" w:rsidP="0046464A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Default="00020EC5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Default="00020EC5">
            <w:pPr>
              <w:spacing w:after="0" w:line="240" w:lineRule="auto"/>
            </w:pPr>
            <w:r>
              <w:t>АВТОБАЗА ВСМ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Default="00020EC5">
            <w:pPr>
              <w:spacing w:after="0" w:line="240" w:lineRule="auto"/>
            </w:pPr>
            <w:r>
              <w:t>7751175543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Pr="00271756" w:rsidRDefault="00020EC5">
            <w:pPr>
              <w:spacing w:after="0" w:line="240" w:lineRule="auto"/>
              <w:rPr>
                <w:lang w:val="ru-RU"/>
              </w:rPr>
            </w:pPr>
            <w:r w:rsidRPr="00271756">
              <w:rPr>
                <w:lang w:val="ru-RU"/>
              </w:rPr>
              <w:t>108802, г.Москва, р-н Коммунарка, д.Сосенки, дом 392, стр.1, комн.2, этаж 2</w:t>
            </w:r>
          </w:p>
        </w:tc>
      </w:tr>
      <w:tr w:rsidR="00F81806" w:rsidRPr="005A6033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Pr="0046464A" w:rsidRDefault="00F81806" w:rsidP="0046464A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Default="00020EC5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Default="00020EC5">
            <w:pPr>
              <w:spacing w:after="0" w:line="240" w:lineRule="auto"/>
            </w:pPr>
            <w:r>
              <w:t>Интерфейс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Default="00020EC5">
            <w:pPr>
              <w:spacing w:after="0" w:line="240" w:lineRule="auto"/>
            </w:pPr>
            <w:r>
              <w:t>7743897827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Pr="00271756" w:rsidRDefault="00020EC5">
            <w:pPr>
              <w:spacing w:after="0" w:line="240" w:lineRule="auto"/>
              <w:rPr>
                <w:lang w:val="ru-RU"/>
              </w:rPr>
            </w:pPr>
            <w:r w:rsidRPr="00271756">
              <w:rPr>
                <w:lang w:val="ru-RU"/>
              </w:rPr>
              <w:t>125212, г.Москва, вн.тер.г. муниципальный округ Войковский, ул.Адмирала Макарова, дом 6, стр.13</w:t>
            </w:r>
          </w:p>
        </w:tc>
      </w:tr>
      <w:tr w:rsidR="00F81806" w:rsidRPr="005A6033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Pr="0046464A" w:rsidRDefault="00F81806" w:rsidP="0046464A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Default="00020EC5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Default="00020EC5">
            <w:pPr>
              <w:spacing w:after="0" w:line="240" w:lineRule="auto"/>
            </w:pPr>
            <w:r>
              <w:t>Терра нова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Default="00020EC5">
            <w:pPr>
              <w:spacing w:after="0" w:line="240" w:lineRule="auto"/>
            </w:pPr>
            <w:r>
              <w:t>7707435746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Pr="00271756" w:rsidRDefault="00020EC5">
            <w:pPr>
              <w:spacing w:after="0" w:line="240" w:lineRule="auto"/>
              <w:rPr>
                <w:lang w:val="ru-RU"/>
              </w:rPr>
            </w:pPr>
            <w:r w:rsidRPr="00271756">
              <w:rPr>
                <w:lang w:val="ru-RU"/>
              </w:rPr>
              <w:t>127055, г.Москва, вн.тер.г.муниципальный округ Тверской, ул.Лесная, д.39, помещ.11/3</w:t>
            </w:r>
          </w:p>
        </w:tc>
      </w:tr>
      <w:tr w:rsidR="00F81806" w:rsidRPr="005A6033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Pr="0046464A" w:rsidRDefault="00F81806" w:rsidP="0046464A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Default="00020EC5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Default="00020EC5">
            <w:pPr>
              <w:spacing w:after="0" w:line="240" w:lineRule="auto"/>
            </w:pPr>
            <w:r>
              <w:t>СКС ПЛЮС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Default="00020EC5">
            <w:pPr>
              <w:spacing w:after="0" w:line="240" w:lineRule="auto"/>
            </w:pPr>
            <w:r>
              <w:t>7705760846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Pr="00271756" w:rsidRDefault="00020EC5">
            <w:pPr>
              <w:spacing w:after="0" w:line="240" w:lineRule="auto"/>
              <w:rPr>
                <w:lang w:val="ru-RU"/>
              </w:rPr>
            </w:pPr>
            <w:r w:rsidRPr="00271756">
              <w:rPr>
                <w:lang w:val="ru-RU"/>
              </w:rPr>
              <w:t>115487, г.Москва, вн.тер.г. муниципальный округ Нагатино Садовники, ул.Садовники, дом 2</w:t>
            </w:r>
          </w:p>
        </w:tc>
      </w:tr>
      <w:tr w:rsidR="00F81806" w:rsidRPr="005A6033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Pr="0046464A" w:rsidRDefault="00F81806" w:rsidP="0046464A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Default="00020EC5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Default="00020EC5">
            <w:pPr>
              <w:spacing w:after="0" w:line="240" w:lineRule="auto"/>
            </w:pPr>
            <w:r>
              <w:t>ДСК ГРУПП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Default="00020EC5">
            <w:pPr>
              <w:spacing w:after="0" w:line="240" w:lineRule="auto"/>
            </w:pPr>
            <w:r>
              <w:t>7727416195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Pr="00271756" w:rsidRDefault="00020EC5">
            <w:pPr>
              <w:spacing w:after="0" w:line="240" w:lineRule="auto"/>
              <w:rPr>
                <w:lang w:val="ru-RU"/>
              </w:rPr>
            </w:pPr>
            <w:r w:rsidRPr="00271756">
              <w:rPr>
                <w:lang w:val="ru-RU"/>
              </w:rPr>
              <w:t>117036, г.Москва, ул.Шверника, д.4, стр.2, эт.7, пом.</w:t>
            </w:r>
            <w:r>
              <w:t>I</w:t>
            </w:r>
            <w:r w:rsidRPr="00271756">
              <w:rPr>
                <w:lang w:val="ru-RU"/>
              </w:rPr>
              <w:t>, комн.6</w:t>
            </w:r>
          </w:p>
        </w:tc>
      </w:tr>
      <w:tr w:rsidR="00F81806" w:rsidRPr="005A6033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Pr="0046464A" w:rsidRDefault="00F81806" w:rsidP="0046464A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Default="00020EC5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Default="00020EC5">
            <w:pPr>
              <w:spacing w:after="0" w:line="240" w:lineRule="auto"/>
            </w:pPr>
            <w:r>
              <w:t>Спецрегионмонтаж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Default="00020EC5">
            <w:pPr>
              <w:spacing w:after="0" w:line="240" w:lineRule="auto"/>
            </w:pPr>
            <w:r>
              <w:t>7727755818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Pr="00271756" w:rsidRDefault="00020EC5">
            <w:pPr>
              <w:spacing w:after="0" w:line="240" w:lineRule="auto"/>
              <w:rPr>
                <w:lang w:val="ru-RU"/>
              </w:rPr>
            </w:pPr>
            <w:r w:rsidRPr="00271756">
              <w:rPr>
                <w:lang w:val="ru-RU"/>
              </w:rPr>
              <w:t>117452, г.Москва, вн.тер.г.муниципальный округ Зюзино, бульв.Черноморский, дом 17, к.1, помещ.10/1/5</w:t>
            </w:r>
          </w:p>
        </w:tc>
      </w:tr>
      <w:tr w:rsidR="00F81806" w:rsidRPr="005A6033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Pr="0046464A" w:rsidRDefault="00F81806" w:rsidP="0046464A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Default="00020EC5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Default="00020EC5">
            <w:pPr>
              <w:spacing w:after="0" w:line="240" w:lineRule="auto"/>
            </w:pPr>
            <w:r>
              <w:t>Гамма Сервис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Default="00020EC5">
            <w:pPr>
              <w:spacing w:after="0" w:line="240" w:lineRule="auto"/>
            </w:pPr>
            <w:r>
              <w:t>7731426781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Pr="00271756" w:rsidRDefault="00020EC5">
            <w:pPr>
              <w:spacing w:after="0" w:line="240" w:lineRule="auto"/>
              <w:rPr>
                <w:lang w:val="ru-RU"/>
              </w:rPr>
            </w:pPr>
            <w:r w:rsidRPr="00271756">
              <w:rPr>
                <w:lang w:val="ru-RU"/>
              </w:rPr>
              <w:t>121359, г.Москва, ул.Маршала Тимошенко, дом 23, стр.2</w:t>
            </w:r>
          </w:p>
        </w:tc>
      </w:tr>
      <w:tr w:rsidR="00F81806" w:rsidRPr="005A6033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Pr="0046464A" w:rsidRDefault="00F81806" w:rsidP="0046464A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Default="00020EC5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Default="00020EC5">
            <w:pPr>
              <w:spacing w:after="0" w:line="240" w:lineRule="auto"/>
            </w:pPr>
            <w:r>
              <w:t>Новые технологии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Default="00020EC5">
            <w:pPr>
              <w:spacing w:after="0" w:line="240" w:lineRule="auto"/>
            </w:pPr>
            <w:r>
              <w:t>9705122808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Pr="00271756" w:rsidRDefault="00020EC5">
            <w:pPr>
              <w:spacing w:after="0" w:line="240" w:lineRule="auto"/>
              <w:rPr>
                <w:lang w:val="ru-RU"/>
              </w:rPr>
            </w:pPr>
            <w:r w:rsidRPr="00271756">
              <w:rPr>
                <w:lang w:val="ru-RU"/>
              </w:rPr>
              <w:t>109044, г.Москва, вн.тер.г. муниципальный округ Таганский, ул.Воронцовская, дом 2/10, стр.1, пом.1/2</w:t>
            </w:r>
          </w:p>
        </w:tc>
      </w:tr>
      <w:tr w:rsidR="00F81806" w:rsidRPr="005A6033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Pr="0046464A" w:rsidRDefault="00F81806" w:rsidP="0046464A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Default="00020EC5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Default="00020EC5">
            <w:pPr>
              <w:spacing w:after="0" w:line="240" w:lineRule="auto"/>
            </w:pPr>
            <w:r>
              <w:t>Р-Технолоджис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Default="00020EC5">
            <w:pPr>
              <w:spacing w:after="0" w:line="240" w:lineRule="auto"/>
            </w:pPr>
            <w:r>
              <w:t>9704261781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Pr="00271756" w:rsidRDefault="00020EC5">
            <w:pPr>
              <w:spacing w:after="0" w:line="240" w:lineRule="auto"/>
              <w:rPr>
                <w:lang w:val="ru-RU"/>
              </w:rPr>
            </w:pPr>
            <w:r w:rsidRPr="00271756">
              <w:rPr>
                <w:lang w:val="ru-RU"/>
              </w:rPr>
              <w:t>121099, г.Москва, вн.тер.г.муниципальный округ Арбат, пер.1-й Смоленский, дом 13, помещ.1Ц</w:t>
            </w:r>
          </w:p>
        </w:tc>
      </w:tr>
      <w:tr w:rsidR="00F81806" w:rsidRPr="005A6033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Pr="0046464A" w:rsidRDefault="00F81806" w:rsidP="0046464A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Default="00020EC5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Default="00020EC5">
            <w:pPr>
              <w:spacing w:after="0" w:line="240" w:lineRule="auto"/>
            </w:pPr>
            <w:r>
              <w:t>ТТ-Стандарт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Default="00020EC5">
            <w:pPr>
              <w:spacing w:after="0" w:line="240" w:lineRule="auto"/>
            </w:pPr>
            <w:r>
              <w:t>7727333407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Pr="00271756" w:rsidRDefault="00020EC5">
            <w:pPr>
              <w:spacing w:after="0" w:line="240" w:lineRule="auto"/>
              <w:rPr>
                <w:lang w:val="ru-RU"/>
              </w:rPr>
            </w:pPr>
            <w:r w:rsidRPr="00271756">
              <w:rPr>
                <w:lang w:val="ru-RU"/>
              </w:rPr>
              <w:t>119334, г.Москва, ул.Академика Несмеянова, дом 2</w:t>
            </w:r>
          </w:p>
        </w:tc>
      </w:tr>
      <w:tr w:rsidR="00F81806" w:rsidRPr="005A6033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Pr="0046464A" w:rsidRDefault="00F81806" w:rsidP="0046464A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Default="00020EC5">
            <w:pPr>
              <w:spacing w:after="0" w:line="240" w:lineRule="auto"/>
            </w:pPr>
            <w:r>
              <w:t>ФБУ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Default="00020EC5">
            <w:pPr>
              <w:spacing w:after="0" w:line="240" w:lineRule="auto"/>
            </w:pPr>
            <w:r>
              <w:t>НТЦ Энергобезопасность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Default="00020EC5">
            <w:pPr>
              <w:spacing w:after="0" w:line="240" w:lineRule="auto"/>
            </w:pPr>
            <w:r>
              <w:t>7733078410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Pr="00271756" w:rsidRDefault="00020EC5">
            <w:pPr>
              <w:spacing w:after="0" w:line="240" w:lineRule="auto"/>
              <w:rPr>
                <w:lang w:val="ru-RU"/>
              </w:rPr>
            </w:pPr>
            <w:r w:rsidRPr="00271756">
              <w:rPr>
                <w:lang w:val="ru-RU"/>
              </w:rPr>
              <w:t>123056, г.Москва, вн.тер.г.муниципальный округ Пресненский, ул.Красина, дом 27, стр.2, помещ.2/14/1</w:t>
            </w:r>
          </w:p>
        </w:tc>
      </w:tr>
      <w:tr w:rsidR="00F81806" w:rsidRPr="005A6033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Pr="0046464A" w:rsidRDefault="00F81806" w:rsidP="0046464A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Default="00020EC5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Default="00020EC5">
            <w:pPr>
              <w:spacing w:after="0" w:line="240" w:lineRule="auto"/>
            </w:pPr>
            <w:r>
              <w:t>Эдимитед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Default="00020EC5">
            <w:pPr>
              <w:spacing w:after="0" w:line="240" w:lineRule="auto"/>
            </w:pPr>
            <w:r>
              <w:t>7720942382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Pr="00271756" w:rsidRDefault="00020EC5">
            <w:pPr>
              <w:spacing w:after="0" w:line="240" w:lineRule="auto"/>
              <w:rPr>
                <w:lang w:val="ru-RU"/>
              </w:rPr>
            </w:pPr>
            <w:r w:rsidRPr="00271756">
              <w:rPr>
                <w:lang w:val="ru-RU"/>
              </w:rPr>
              <w:t>111524, г.Москва, вн.тер.г. муниципальный округ Перово, ул.Электродная, д.2, стр.34, пом.19/3</w:t>
            </w:r>
          </w:p>
        </w:tc>
      </w:tr>
      <w:tr w:rsidR="00F81806" w:rsidRPr="005A6033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Pr="0046464A" w:rsidRDefault="00F81806" w:rsidP="0046464A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Default="00020EC5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Default="00020EC5">
            <w:pPr>
              <w:spacing w:after="0" w:line="240" w:lineRule="auto"/>
            </w:pPr>
            <w:r>
              <w:t>Рантум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Default="00020EC5">
            <w:pPr>
              <w:spacing w:after="0" w:line="240" w:lineRule="auto"/>
            </w:pPr>
            <w:r>
              <w:t>9707036311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Pr="00271756" w:rsidRDefault="00020EC5">
            <w:pPr>
              <w:spacing w:after="0" w:line="240" w:lineRule="auto"/>
              <w:rPr>
                <w:lang w:val="ru-RU"/>
              </w:rPr>
            </w:pPr>
            <w:r w:rsidRPr="00271756">
              <w:rPr>
                <w:lang w:val="ru-RU"/>
              </w:rPr>
              <w:t>127030, г.Москва, вн.тер.г. муниципальный округ Тверской, ул.Сущевская, дом 27, стр.2, пом.3/3/3</w:t>
            </w:r>
          </w:p>
        </w:tc>
      </w:tr>
      <w:tr w:rsidR="00F81806" w:rsidRPr="005A6033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Pr="0046464A" w:rsidRDefault="00F81806" w:rsidP="0046464A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Default="00020EC5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Default="00020EC5">
            <w:pPr>
              <w:spacing w:after="0" w:line="240" w:lineRule="auto"/>
            </w:pPr>
            <w:r>
              <w:t>МРС-РВС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Default="00020EC5">
            <w:pPr>
              <w:spacing w:after="0" w:line="240" w:lineRule="auto"/>
            </w:pPr>
            <w:r>
              <w:t>9701197231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Pr="00271756" w:rsidRDefault="00020EC5">
            <w:pPr>
              <w:spacing w:after="0" w:line="240" w:lineRule="auto"/>
              <w:rPr>
                <w:lang w:val="ru-RU"/>
              </w:rPr>
            </w:pPr>
            <w:r w:rsidRPr="00271756">
              <w:rPr>
                <w:lang w:val="ru-RU"/>
              </w:rPr>
              <w:t>105082, г.Москва, вн.тер.г. муниципальный округ Басманный, пл.Спартаковская, д.14, стр.3, эт.1, ком.3, офис 77</w:t>
            </w:r>
          </w:p>
        </w:tc>
      </w:tr>
      <w:tr w:rsidR="00F81806" w:rsidRPr="005A6033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Pr="0046464A" w:rsidRDefault="00F81806" w:rsidP="0046464A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Default="00020EC5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Default="00020EC5">
            <w:pPr>
              <w:spacing w:after="0" w:line="240" w:lineRule="auto"/>
            </w:pPr>
            <w:r>
              <w:t>СК-Партнер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Default="00020EC5">
            <w:pPr>
              <w:spacing w:after="0" w:line="240" w:lineRule="auto"/>
            </w:pPr>
            <w:r>
              <w:t>7743118453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Pr="00271756" w:rsidRDefault="00020EC5">
            <w:pPr>
              <w:spacing w:after="0" w:line="240" w:lineRule="auto"/>
              <w:rPr>
                <w:lang w:val="ru-RU"/>
              </w:rPr>
            </w:pPr>
            <w:r w:rsidRPr="00271756">
              <w:rPr>
                <w:lang w:val="ru-RU"/>
              </w:rPr>
              <w:t>125252, г.Москва, ул.Зорге, дом 28, к.1, пом.5-21</w:t>
            </w:r>
          </w:p>
        </w:tc>
      </w:tr>
      <w:tr w:rsidR="00F81806" w:rsidRPr="005A6033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Pr="0046464A" w:rsidRDefault="00F81806" w:rsidP="0046464A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Default="00020EC5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Default="00020EC5">
            <w:pPr>
              <w:spacing w:after="0" w:line="240" w:lineRule="auto"/>
            </w:pPr>
            <w:r>
              <w:t>МСН-ЦентрСтрой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Default="00020EC5">
            <w:pPr>
              <w:spacing w:after="0" w:line="240" w:lineRule="auto"/>
            </w:pPr>
            <w:r>
              <w:t>7743747268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Pr="00271756" w:rsidRDefault="00020EC5">
            <w:pPr>
              <w:spacing w:after="0" w:line="240" w:lineRule="auto"/>
              <w:rPr>
                <w:lang w:val="ru-RU"/>
              </w:rPr>
            </w:pPr>
            <w:r w:rsidRPr="00271756">
              <w:rPr>
                <w:lang w:val="ru-RU"/>
              </w:rPr>
              <w:t>109052, г.Москва, вн.тер.г.муниципальный округ Нижегородский, просп.Рязанский, дом 2, стр.49</w:t>
            </w:r>
          </w:p>
        </w:tc>
      </w:tr>
      <w:tr w:rsidR="00F81806" w:rsidRPr="005A6033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Pr="0046464A" w:rsidRDefault="00F81806" w:rsidP="0046464A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Default="00020EC5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Default="00020EC5">
            <w:pPr>
              <w:spacing w:after="0" w:line="240" w:lineRule="auto"/>
            </w:pPr>
            <w:r>
              <w:t>СИГНЭД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Default="00020EC5">
            <w:pPr>
              <w:spacing w:after="0" w:line="240" w:lineRule="auto"/>
            </w:pPr>
            <w:r>
              <w:t>9716000424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Pr="00271756" w:rsidRDefault="00020EC5">
            <w:pPr>
              <w:spacing w:after="0" w:line="240" w:lineRule="auto"/>
              <w:rPr>
                <w:lang w:val="ru-RU"/>
              </w:rPr>
            </w:pPr>
            <w:r w:rsidRPr="00271756">
              <w:rPr>
                <w:lang w:val="ru-RU"/>
              </w:rPr>
              <w:t>129327, г.Москва, вн.тер.г. муниципальный округ Бабушкинский, ул.Ленская, дом 2/21, пом.9/2</w:t>
            </w:r>
          </w:p>
        </w:tc>
      </w:tr>
    </w:tbl>
    <w:p w:rsidR="00020EC5" w:rsidRPr="00271756" w:rsidRDefault="00020EC5">
      <w:pPr>
        <w:rPr>
          <w:lang w:val="ru-RU"/>
        </w:rPr>
      </w:pPr>
    </w:p>
    <w:sectPr w:rsidR="00020EC5" w:rsidRPr="00271756" w:rsidSect="00034616">
      <w:pgSz w:w="16838" w:h="11906" w:orient="landscape"/>
      <w:pgMar w:top="68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A1E1C25"/>
    <w:multiLevelType w:val="hybridMultilevel"/>
    <w:tmpl w:val="D626F0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20EC5"/>
    <w:rsid w:val="00034616"/>
    <w:rsid w:val="0006063C"/>
    <w:rsid w:val="000A26D0"/>
    <w:rsid w:val="0015074B"/>
    <w:rsid w:val="00271756"/>
    <w:rsid w:val="0029639D"/>
    <w:rsid w:val="00326F90"/>
    <w:rsid w:val="0046464A"/>
    <w:rsid w:val="005A6033"/>
    <w:rsid w:val="005F234A"/>
    <w:rsid w:val="00AA1D8D"/>
    <w:rsid w:val="00B26AD0"/>
    <w:rsid w:val="00B47730"/>
    <w:rsid w:val="00C63220"/>
    <w:rsid w:val="00CB0664"/>
    <w:rsid w:val="00F8180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eastAsia="Times New Roman" w:hAnsi="Times New Roman" w:cs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5F2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5F234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eastAsia="Times New Roman" w:hAnsi="Times New Roman" w:cs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5F2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5F234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1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FF91A78-17CE-46DE-A45F-A039B1C82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2437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Миронов Павел Алексеевич</cp:lastModifiedBy>
  <cp:revision>8</cp:revision>
  <dcterms:created xsi:type="dcterms:W3CDTF">2013-12-23T23:15:00Z</dcterms:created>
  <dcterms:modified xsi:type="dcterms:W3CDTF">2026-07-28T08:56:00Z</dcterms:modified>
  <cp:category/>
</cp:coreProperties>
</file>